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D87C5" w14:textId="77777777" w:rsidR="00971F47" w:rsidRDefault="00000000">
      <w:pPr>
        <w:spacing w:after="40"/>
        <w:jc w:val="center"/>
      </w:pPr>
      <w:r>
        <w:rPr>
          <w:b/>
          <w:color w:val="0B2D5C"/>
          <w:sz w:val="40"/>
        </w:rPr>
        <w:t>SOAP NOTE TEMPLATE</w:t>
      </w:r>
    </w:p>
    <w:p w14:paraId="459E909E" w14:textId="77777777" w:rsidR="00971F47" w:rsidRPr="007C6998" w:rsidRDefault="00000000">
      <w:pPr>
        <w:spacing w:after="100"/>
        <w:jc w:val="center"/>
        <w:rPr>
          <w:sz w:val="24"/>
          <w:szCs w:val="24"/>
        </w:rPr>
      </w:pPr>
      <w:r w:rsidRPr="007C6998">
        <w:rPr>
          <w:color w:val="5B6573"/>
          <w:sz w:val="24"/>
          <w:szCs w:val="24"/>
        </w:rPr>
        <w:t>Subjective  •  Objective  •  Assessment  •  Plan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08"/>
        <w:gridCol w:w="3024"/>
        <w:gridCol w:w="3024"/>
      </w:tblGrid>
      <w:tr w:rsidR="00971F47" w:rsidRPr="007C6998" w14:paraId="2C3263FF" w14:textId="77777777">
        <w:trPr>
          <w:jc w:val="center"/>
        </w:trPr>
        <w:tc>
          <w:tcPr>
            <w:tcW w:w="4608" w:type="dxa"/>
            <w:tcBorders>
              <w:top w:val="single" w:sz="6" w:space="0" w:color="D8E1EC"/>
              <w:left w:val="single" w:sz="6" w:space="0" w:color="D8E1EC"/>
              <w:bottom w:val="single" w:sz="6" w:space="0" w:color="D8E1EC"/>
              <w:right w:val="single" w:sz="6" w:space="0" w:color="D8E1EC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6F1EE792" w14:textId="77777777" w:rsidR="00971F47" w:rsidRPr="007C6998" w:rsidRDefault="00000000">
            <w:pPr>
              <w:spacing w:after="0"/>
              <w:rPr>
                <w:sz w:val="20"/>
                <w:szCs w:val="20"/>
              </w:rPr>
            </w:pPr>
            <w:r w:rsidRPr="007C6998">
              <w:rPr>
                <w:b/>
                <w:sz w:val="20"/>
                <w:szCs w:val="20"/>
              </w:rPr>
              <w:t xml:space="preserve">Patient / Client:  </w:t>
            </w:r>
            <w:r w:rsidRPr="007C6998">
              <w:rPr>
                <w:color w:val="9AA6B4"/>
                <w:sz w:val="20"/>
                <w:szCs w:val="20"/>
              </w:rPr>
              <w:t>________________________</w:t>
            </w:r>
          </w:p>
        </w:tc>
        <w:tc>
          <w:tcPr>
            <w:tcW w:w="3024" w:type="dxa"/>
            <w:tcBorders>
              <w:top w:val="single" w:sz="6" w:space="0" w:color="D8E1EC"/>
              <w:left w:val="single" w:sz="6" w:space="0" w:color="D8E1EC"/>
              <w:bottom w:val="single" w:sz="6" w:space="0" w:color="D8E1EC"/>
              <w:right w:val="single" w:sz="6" w:space="0" w:color="D8E1EC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FA6B4A4" w14:textId="77777777" w:rsidR="00971F47" w:rsidRPr="007C6998" w:rsidRDefault="00000000">
            <w:pPr>
              <w:spacing w:after="0"/>
              <w:rPr>
                <w:sz w:val="20"/>
                <w:szCs w:val="20"/>
              </w:rPr>
            </w:pPr>
            <w:r w:rsidRPr="007C6998">
              <w:rPr>
                <w:b/>
                <w:sz w:val="20"/>
                <w:szCs w:val="20"/>
              </w:rPr>
              <w:t xml:space="preserve">Date:  </w:t>
            </w:r>
            <w:r w:rsidRPr="007C6998">
              <w:rPr>
                <w:color w:val="9AA6B4"/>
                <w:sz w:val="20"/>
                <w:szCs w:val="20"/>
              </w:rPr>
              <w:t>________________________</w:t>
            </w:r>
          </w:p>
        </w:tc>
        <w:tc>
          <w:tcPr>
            <w:tcW w:w="3024" w:type="dxa"/>
            <w:tcBorders>
              <w:top w:val="single" w:sz="6" w:space="0" w:color="D8E1EC"/>
              <w:left w:val="single" w:sz="6" w:space="0" w:color="D8E1EC"/>
              <w:bottom w:val="single" w:sz="6" w:space="0" w:color="D8E1EC"/>
              <w:right w:val="single" w:sz="6" w:space="0" w:color="D8E1EC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096CC0F0" w14:textId="77777777" w:rsidR="00971F47" w:rsidRPr="007C6998" w:rsidRDefault="00000000">
            <w:pPr>
              <w:spacing w:after="0"/>
              <w:rPr>
                <w:sz w:val="20"/>
                <w:szCs w:val="20"/>
              </w:rPr>
            </w:pPr>
            <w:r w:rsidRPr="007C6998">
              <w:rPr>
                <w:b/>
                <w:sz w:val="20"/>
                <w:szCs w:val="20"/>
              </w:rPr>
              <w:t xml:space="preserve">Time:  </w:t>
            </w:r>
            <w:r w:rsidRPr="007C6998">
              <w:rPr>
                <w:color w:val="9AA6B4"/>
                <w:sz w:val="20"/>
                <w:szCs w:val="20"/>
              </w:rPr>
              <w:t>________________________</w:t>
            </w:r>
          </w:p>
        </w:tc>
      </w:tr>
      <w:tr w:rsidR="00971F47" w:rsidRPr="007C6998" w14:paraId="4ABCE9A5" w14:textId="77777777">
        <w:trPr>
          <w:jc w:val="center"/>
        </w:trPr>
        <w:tc>
          <w:tcPr>
            <w:tcW w:w="4608" w:type="dxa"/>
            <w:tcBorders>
              <w:top w:val="single" w:sz="6" w:space="0" w:color="D8E1EC"/>
              <w:left w:val="single" w:sz="6" w:space="0" w:color="D8E1EC"/>
              <w:bottom w:val="single" w:sz="6" w:space="0" w:color="D8E1EC"/>
              <w:right w:val="single" w:sz="6" w:space="0" w:color="D8E1EC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2432F8F1" w14:textId="77777777" w:rsidR="00971F47" w:rsidRPr="007C6998" w:rsidRDefault="00000000">
            <w:pPr>
              <w:spacing w:after="0"/>
              <w:rPr>
                <w:sz w:val="20"/>
                <w:szCs w:val="20"/>
              </w:rPr>
            </w:pPr>
            <w:r w:rsidRPr="007C6998">
              <w:rPr>
                <w:b/>
                <w:sz w:val="20"/>
                <w:szCs w:val="20"/>
              </w:rPr>
              <w:t xml:space="preserve">Student:  </w:t>
            </w:r>
            <w:r w:rsidRPr="007C6998">
              <w:rPr>
                <w:color w:val="9AA6B4"/>
                <w:sz w:val="20"/>
                <w:szCs w:val="20"/>
              </w:rPr>
              <w:t>________________________</w:t>
            </w:r>
          </w:p>
        </w:tc>
        <w:tc>
          <w:tcPr>
            <w:tcW w:w="3024" w:type="dxa"/>
            <w:tcBorders>
              <w:top w:val="single" w:sz="6" w:space="0" w:color="D8E1EC"/>
              <w:left w:val="single" w:sz="6" w:space="0" w:color="D8E1EC"/>
              <w:bottom w:val="single" w:sz="6" w:space="0" w:color="D8E1EC"/>
              <w:right w:val="single" w:sz="6" w:space="0" w:color="D8E1EC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284FE15" w14:textId="77777777" w:rsidR="00971F47" w:rsidRPr="007C6998" w:rsidRDefault="00000000">
            <w:pPr>
              <w:spacing w:after="0"/>
              <w:rPr>
                <w:sz w:val="20"/>
                <w:szCs w:val="20"/>
              </w:rPr>
            </w:pPr>
            <w:r w:rsidRPr="007C6998">
              <w:rPr>
                <w:b/>
                <w:sz w:val="20"/>
                <w:szCs w:val="20"/>
              </w:rPr>
              <w:t xml:space="preserve">Course / Clinical:  </w:t>
            </w:r>
            <w:r w:rsidRPr="007C6998">
              <w:rPr>
                <w:color w:val="9AA6B4"/>
                <w:sz w:val="20"/>
                <w:szCs w:val="20"/>
              </w:rPr>
              <w:t>________________________</w:t>
            </w:r>
          </w:p>
        </w:tc>
        <w:tc>
          <w:tcPr>
            <w:tcW w:w="3024" w:type="dxa"/>
            <w:tcBorders>
              <w:top w:val="single" w:sz="6" w:space="0" w:color="D8E1EC"/>
              <w:left w:val="single" w:sz="6" w:space="0" w:color="D8E1EC"/>
              <w:bottom w:val="single" w:sz="6" w:space="0" w:color="D8E1EC"/>
              <w:right w:val="single" w:sz="6" w:space="0" w:color="D8E1EC"/>
            </w:tcBorders>
            <w:shd w:val="clear" w:color="auto" w:fill="F7F9FC"/>
            <w:tcMar>
              <w:top w:w="70" w:type="dxa"/>
              <w:left w:w="90" w:type="dxa"/>
              <w:bottom w:w="70" w:type="dxa"/>
              <w:right w:w="90" w:type="dxa"/>
            </w:tcMar>
          </w:tcPr>
          <w:p w14:paraId="53143EE0" w14:textId="77777777" w:rsidR="00971F47" w:rsidRPr="007C6998" w:rsidRDefault="00000000">
            <w:pPr>
              <w:spacing w:after="0"/>
              <w:rPr>
                <w:sz w:val="20"/>
                <w:szCs w:val="20"/>
              </w:rPr>
            </w:pPr>
            <w:r w:rsidRPr="007C6998">
              <w:rPr>
                <w:b/>
                <w:sz w:val="20"/>
                <w:szCs w:val="20"/>
              </w:rPr>
              <w:t xml:space="preserve">Instructor:  </w:t>
            </w:r>
            <w:r w:rsidRPr="007C6998">
              <w:rPr>
                <w:color w:val="9AA6B4"/>
                <w:sz w:val="20"/>
                <w:szCs w:val="20"/>
              </w:rPr>
              <w:t>________________________</w:t>
            </w:r>
          </w:p>
        </w:tc>
      </w:tr>
    </w:tbl>
    <w:p w14:paraId="4C5C49B7" w14:textId="77777777" w:rsidR="00971F47" w:rsidRDefault="00971F47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9792"/>
      </w:tblGrid>
      <w:tr w:rsidR="00971F47" w14:paraId="6E8E0799" w14:textId="77777777">
        <w:trPr>
          <w:jc w:val="center"/>
        </w:trPr>
        <w:tc>
          <w:tcPr>
            <w:tcW w:w="792" w:type="dxa"/>
            <w:tcBorders>
              <w:top w:val="single" w:sz="8" w:space="0" w:color="D8E1EC"/>
              <w:left w:val="single" w:sz="8" w:space="0" w:color="D8E1EC"/>
              <w:bottom w:val="single" w:sz="8" w:space="0" w:color="D8E1EC"/>
              <w:right w:val="single" w:sz="8" w:space="0" w:color="D8E1EC"/>
            </w:tcBorders>
            <w:shd w:val="clear" w:color="auto" w:fill="2F80C9"/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B84C51B" w14:textId="77777777" w:rsidR="00971F47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40"/>
              </w:rPr>
              <w:t>S</w:t>
            </w:r>
          </w:p>
        </w:tc>
        <w:tc>
          <w:tcPr>
            <w:tcW w:w="9792" w:type="dxa"/>
            <w:tcBorders>
              <w:top w:val="single" w:sz="8" w:space="0" w:color="D8E1EC"/>
              <w:left w:val="single" w:sz="8" w:space="0" w:color="D8E1EC"/>
              <w:bottom w:val="single" w:sz="8" w:space="0" w:color="D8E1EC"/>
              <w:right w:val="single" w:sz="8" w:space="0" w:color="D8E1EC"/>
            </w:tcBorders>
            <w:shd w:val="clear" w:color="auto" w:fill="FFFFFF"/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7F8A4531" w14:textId="77777777" w:rsidR="00971F47" w:rsidRPr="007C6998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color w:val="2F80C9"/>
                <w:sz w:val="22"/>
              </w:rPr>
              <w:t>SUBJECTIVE</w:t>
            </w:r>
            <w:r>
              <w:rPr>
                <w:color w:val="5B6573"/>
                <w:sz w:val="17"/>
              </w:rPr>
              <w:t xml:space="preserve">  |  </w:t>
            </w:r>
            <w:r w:rsidRPr="007C6998">
              <w:rPr>
                <w:color w:val="5B6573"/>
                <w:sz w:val="20"/>
                <w:szCs w:val="20"/>
              </w:rPr>
              <w:t>What the patient reports</w:t>
            </w:r>
          </w:p>
          <w:p w14:paraId="768D6554" w14:textId="77777777" w:rsidR="00971F47" w:rsidRPr="007C6998" w:rsidRDefault="00000000">
            <w:pPr>
              <w:spacing w:before="20" w:after="0"/>
              <w:rPr>
                <w:sz w:val="20"/>
                <w:szCs w:val="20"/>
              </w:rPr>
            </w:pPr>
            <w:r w:rsidRPr="007C6998">
              <w:rPr>
                <w:b/>
                <w:sz w:val="20"/>
                <w:szCs w:val="20"/>
              </w:rPr>
              <w:t>Chief Complaint / Reason for Visit</w:t>
            </w:r>
          </w:p>
          <w:p w14:paraId="29754386" w14:textId="77777777" w:rsidR="00971F47" w:rsidRPr="007C6998" w:rsidRDefault="00000000">
            <w:pPr>
              <w:spacing w:after="0" w:line="216" w:lineRule="auto"/>
              <w:rPr>
                <w:sz w:val="20"/>
                <w:szCs w:val="20"/>
              </w:rPr>
            </w:pPr>
            <w:r w:rsidRPr="007C6998">
              <w:rPr>
                <w:color w:val="B8C2CF"/>
                <w:sz w:val="20"/>
                <w:szCs w:val="20"/>
              </w:rPr>
              <w:t>________________________________________________________________________________</w:t>
            </w:r>
          </w:p>
          <w:p w14:paraId="12AC36D6" w14:textId="77777777" w:rsidR="00971F47" w:rsidRPr="007C6998" w:rsidRDefault="00000000">
            <w:pPr>
              <w:spacing w:before="20" w:after="0"/>
              <w:rPr>
                <w:sz w:val="20"/>
                <w:szCs w:val="20"/>
              </w:rPr>
            </w:pPr>
            <w:r w:rsidRPr="007C6998">
              <w:rPr>
                <w:b/>
                <w:sz w:val="20"/>
                <w:szCs w:val="20"/>
              </w:rPr>
              <w:t>History of Present Illness / Current Symptoms</w:t>
            </w:r>
          </w:p>
          <w:p w14:paraId="73C06A55" w14:textId="77777777" w:rsidR="00971F47" w:rsidRPr="007C6998" w:rsidRDefault="00000000">
            <w:pPr>
              <w:spacing w:after="0" w:line="216" w:lineRule="auto"/>
              <w:rPr>
                <w:sz w:val="20"/>
                <w:szCs w:val="20"/>
              </w:rPr>
            </w:pPr>
            <w:r w:rsidRPr="007C6998">
              <w:rPr>
                <w:color w:val="B8C2CF"/>
                <w:sz w:val="20"/>
                <w:szCs w:val="20"/>
              </w:rPr>
              <w:t>________________________________________________________________________________</w:t>
            </w:r>
          </w:p>
          <w:p w14:paraId="37BC40BB" w14:textId="77777777" w:rsidR="00971F47" w:rsidRPr="007C6998" w:rsidRDefault="00000000">
            <w:pPr>
              <w:spacing w:after="0" w:line="216" w:lineRule="auto"/>
              <w:rPr>
                <w:sz w:val="20"/>
                <w:szCs w:val="20"/>
              </w:rPr>
            </w:pPr>
            <w:r w:rsidRPr="007C6998">
              <w:rPr>
                <w:color w:val="B8C2CF"/>
                <w:sz w:val="20"/>
                <w:szCs w:val="20"/>
              </w:rPr>
              <w:t>________________________________________________________________________________</w:t>
            </w:r>
          </w:p>
          <w:p w14:paraId="4C0C1788" w14:textId="77777777" w:rsidR="00971F47" w:rsidRPr="007C6998" w:rsidRDefault="00000000">
            <w:pPr>
              <w:spacing w:before="20" w:after="0"/>
              <w:rPr>
                <w:sz w:val="20"/>
                <w:szCs w:val="20"/>
              </w:rPr>
            </w:pPr>
            <w:r w:rsidRPr="007C6998">
              <w:rPr>
                <w:b/>
                <w:sz w:val="20"/>
                <w:szCs w:val="20"/>
              </w:rPr>
              <w:t>Pain / Onset / Duration / Aggravating or Relieving Factors / Associated Symptoms / Pertinent Negatives</w:t>
            </w:r>
          </w:p>
          <w:p w14:paraId="06EF8ED5" w14:textId="77777777" w:rsidR="00971F47" w:rsidRPr="007C6998" w:rsidRDefault="00000000">
            <w:pPr>
              <w:spacing w:after="0" w:line="216" w:lineRule="auto"/>
              <w:rPr>
                <w:sz w:val="20"/>
                <w:szCs w:val="20"/>
              </w:rPr>
            </w:pPr>
            <w:r w:rsidRPr="007C6998">
              <w:rPr>
                <w:color w:val="B8C2CF"/>
                <w:sz w:val="20"/>
                <w:szCs w:val="20"/>
              </w:rPr>
              <w:t>________________________________________________________________________________</w:t>
            </w:r>
          </w:p>
          <w:p w14:paraId="2F472D5D" w14:textId="77777777" w:rsidR="00971F47" w:rsidRPr="007C6998" w:rsidRDefault="00000000">
            <w:pPr>
              <w:spacing w:after="0" w:line="216" w:lineRule="auto"/>
              <w:rPr>
                <w:sz w:val="20"/>
                <w:szCs w:val="20"/>
              </w:rPr>
            </w:pPr>
            <w:r w:rsidRPr="007C6998">
              <w:rPr>
                <w:color w:val="B8C2CF"/>
                <w:sz w:val="20"/>
                <w:szCs w:val="20"/>
              </w:rPr>
              <w:t>________________________________________________________________________________</w:t>
            </w:r>
          </w:p>
          <w:p w14:paraId="58A41429" w14:textId="0118630F" w:rsidR="00971F47" w:rsidRPr="007C6998" w:rsidRDefault="00000000">
            <w:pPr>
              <w:spacing w:before="20" w:after="0"/>
              <w:rPr>
                <w:sz w:val="20"/>
                <w:szCs w:val="20"/>
              </w:rPr>
            </w:pPr>
            <w:r w:rsidRPr="007C6998">
              <w:rPr>
                <w:b/>
                <w:sz w:val="20"/>
                <w:szCs w:val="20"/>
              </w:rPr>
              <w:t>Relevant History / Patient Concerns</w:t>
            </w:r>
          </w:p>
          <w:p w14:paraId="29A65EC2" w14:textId="77777777" w:rsidR="00971F47" w:rsidRDefault="00000000">
            <w:pPr>
              <w:spacing w:after="0" w:line="216" w:lineRule="auto"/>
            </w:pPr>
            <w:r>
              <w:rPr>
                <w:color w:val="B8C2CF"/>
                <w:sz w:val="15"/>
              </w:rPr>
              <w:t>________________________________________________________________________________</w:t>
            </w:r>
          </w:p>
        </w:tc>
      </w:tr>
    </w:tbl>
    <w:p w14:paraId="59C67197" w14:textId="77777777" w:rsidR="00971F47" w:rsidRDefault="00971F47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9792"/>
      </w:tblGrid>
      <w:tr w:rsidR="00971F47" w14:paraId="32737DF3" w14:textId="77777777">
        <w:trPr>
          <w:jc w:val="center"/>
        </w:trPr>
        <w:tc>
          <w:tcPr>
            <w:tcW w:w="792" w:type="dxa"/>
            <w:tcBorders>
              <w:top w:val="single" w:sz="8" w:space="0" w:color="D8E1EC"/>
              <w:left w:val="single" w:sz="8" w:space="0" w:color="D8E1EC"/>
              <w:bottom w:val="single" w:sz="8" w:space="0" w:color="D8E1EC"/>
              <w:right w:val="single" w:sz="8" w:space="0" w:color="D8E1EC"/>
            </w:tcBorders>
            <w:shd w:val="clear" w:color="auto" w:fill="28A67A"/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2D00952F" w14:textId="77777777" w:rsidR="00971F47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40"/>
              </w:rPr>
              <w:t>O</w:t>
            </w:r>
          </w:p>
        </w:tc>
        <w:tc>
          <w:tcPr>
            <w:tcW w:w="9792" w:type="dxa"/>
            <w:tcBorders>
              <w:top w:val="single" w:sz="8" w:space="0" w:color="D8E1EC"/>
              <w:left w:val="single" w:sz="8" w:space="0" w:color="D8E1EC"/>
              <w:bottom w:val="single" w:sz="8" w:space="0" w:color="D8E1EC"/>
              <w:right w:val="single" w:sz="8" w:space="0" w:color="D8E1EC"/>
            </w:tcBorders>
            <w:shd w:val="clear" w:color="auto" w:fill="FFFFFF"/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0A67F210" w14:textId="77777777" w:rsidR="00971F47" w:rsidRPr="007C6998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color w:val="28A67A"/>
                <w:sz w:val="22"/>
              </w:rPr>
              <w:t>OBJECTIVE</w:t>
            </w:r>
            <w:r>
              <w:rPr>
                <w:color w:val="5B6573"/>
                <w:sz w:val="17"/>
              </w:rPr>
              <w:t xml:space="preserve">  |  </w:t>
            </w:r>
            <w:r w:rsidRPr="007C6998">
              <w:rPr>
                <w:color w:val="5B6573"/>
                <w:sz w:val="20"/>
                <w:szCs w:val="20"/>
              </w:rPr>
              <w:t>What you observe, measure, or verify</w:t>
            </w:r>
          </w:p>
          <w:p w14:paraId="50BDF5F3" w14:textId="77777777" w:rsidR="00971F47" w:rsidRPr="007C6998" w:rsidRDefault="00000000">
            <w:pPr>
              <w:spacing w:before="20" w:after="0"/>
              <w:rPr>
                <w:sz w:val="20"/>
                <w:szCs w:val="20"/>
              </w:rPr>
            </w:pPr>
            <w:r w:rsidRPr="007C6998">
              <w:rPr>
                <w:b/>
                <w:sz w:val="20"/>
                <w:szCs w:val="20"/>
              </w:rPr>
              <w:t>Vital Signs  |  Temp: ______   HR: ______   RR: ______   BP: ______ / ______   SpO₂: ______ %</w:t>
            </w:r>
          </w:p>
          <w:p w14:paraId="22915694" w14:textId="77777777" w:rsidR="00971F47" w:rsidRPr="007C6998" w:rsidRDefault="00000000">
            <w:pPr>
              <w:spacing w:before="20" w:after="0"/>
              <w:rPr>
                <w:sz w:val="20"/>
                <w:szCs w:val="20"/>
              </w:rPr>
            </w:pPr>
            <w:r w:rsidRPr="007C6998">
              <w:rPr>
                <w:b/>
                <w:sz w:val="20"/>
                <w:szCs w:val="20"/>
              </w:rPr>
              <w:t>Physical Assessment / Observable Findings</w:t>
            </w:r>
          </w:p>
          <w:p w14:paraId="3CB32370" w14:textId="77777777" w:rsidR="00971F47" w:rsidRPr="007C6998" w:rsidRDefault="00000000">
            <w:pPr>
              <w:spacing w:after="0" w:line="216" w:lineRule="auto"/>
              <w:rPr>
                <w:sz w:val="20"/>
                <w:szCs w:val="20"/>
              </w:rPr>
            </w:pPr>
            <w:r w:rsidRPr="007C6998">
              <w:rPr>
                <w:color w:val="B8C2CF"/>
                <w:sz w:val="20"/>
                <w:szCs w:val="20"/>
              </w:rPr>
              <w:t>________________________________________________________________________________</w:t>
            </w:r>
          </w:p>
          <w:p w14:paraId="3F6357F4" w14:textId="77777777" w:rsidR="00971F47" w:rsidRPr="007C6998" w:rsidRDefault="00000000">
            <w:pPr>
              <w:spacing w:after="0" w:line="216" w:lineRule="auto"/>
              <w:rPr>
                <w:sz w:val="20"/>
                <w:szCs w:val="20"/>
              </w:rPr>
            </w:pPr>
            <w:r w:rsidRPr="007C6998">
              <w:rPr>
                <w:color w:val="B8C2CF"/>
                <w:sz w:val="20"/>
                <w:szCs w:val="20"/>
              </w:rPr>
              <w:t>________________________________________________________________________________</w:t>
            </w:r>
          </w:p>
          <w:p w14:paraId="6132046E" w14:textId="77777777" w:rsidR="00971F47" w:rsidRPr="007C6998" w:rsidRDefault="00000000">
            <w:pPr>
              <w:spacing w:before="20" w:after="0"/>
              <w:rPr>
                <w:sz w:val="20"/>
                <w:szCs w:val="20"/>
              </w:rPr>
            </w:pPr>
            <w:r w:rsidRPr="007C6998">
              <w:rPr>
                <w:b/>
                <w:sz w:val="20"/>
                <w:szCs w:val="20"/>
              </w:rPr>
              <w:t>Relevant Diagnostic / Laboratory Findings</w:t>
            </w:r>
          </w:p>
          <w:p w14:paraId="56E0D32A" w14:textId="77777777" w:rsidR="00971F47" w:rsidRPr="007C6998" w:rsidRDefault="00000000">
            <w:pPr>
              <w:spacing w:after="0" w:line="216" w:lineRule="auto"/>
              <w:rPr>
                <w:sz w:val="20"/>
                <w:szCs w:val="20"/>
              </w:rPr>
            </w:pPr>
            <w:r w:rsidRPr="007C6998">
              <w:rPr>
                <w:color w:val="B8C2CF"/>
                <w:sz w:val="20"/>
                <w:szCs w:val="20"/>
              </w:rPr>
              <w:t>________________________________________________________________________________</w:t>
            </w:r>
          </w:p>
          <w:p w14:paraId="0A11DEFB" w14:textId="77777777" w:rsidR="00971F47" w:rsidRPr="007C6998" w:rsidRDefault="00000000">
            <w:pPr>
              <w:spacing w:before="20" w:after="0"/>
              <w:rPr>
                <w:sz w:val="20"/>
                <w:szCs w:val="20"/>
              </w:rPr>
            </w:pPr>
            <w:r w:rsidRPr="007C6998">
              <w:rPr>
                <w:b/>
                <w:sz w:val="20"/>
                <w:szCs w:val="20"/>
              </w:rPr>
              <w:t>Other Objective Data</w:t>
            </w:r>
          </w:p>
          <w:p w14:paraId="6AA40C29" w14:textId="77777777" w:rsidR="00971F47" w:rsidRDefault="00000000">
            <w:pPr>
              <w:spacing w:after="0" w:line="216" w:lineRule="auto"/>
            </w:pPr>
            <w:r>
              <w:rPr>
                <w:color w:val="B8C2CF"/>
                <w:sz w:val="15"/>
              </w:rPr>
              <w:t>________________________________________________________________________________</w:t>
            </w:r>
          </w:p>
        </w:tc>
      </w:tr>
    </w:tbl>
    <w:p w14:paraId="13B3B330" w14:textId="77777777" w:rsidR="00971F47" w:rsidRDefault="00971F47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9792"/>
      </w:tblGrid>
      <w:tr w:rsidR="00971F47" w14:paraId="03BB2FBC" w14:textId="77777777">
        <w:trPr>
          <w:jc w:val="center"/>
        </w:trPr>
        <w:tc>
          <w:tcPr>
            <w:tcW w:w="792" w:type="dxa"/>
            <w:tcBorders>
              <w:top w:val="single" w:sz="8" w:space="0" w:color="D8E1EC"/>
              <w:left w:val="single" w:sz="8" w:space="0" w:color="D8E1EC"/>
              <w:bottom w:val="single" w:sz="8" w:space="0" w:color="D8E1EC"/>
              <w:right w:val="single" w:sz="8" w:space="0" w:color="D8E1EC"/>
            </w:tcBorders>
            <w:shd w:val="clear" w:color="auto" w:fill="F39A32"/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6FEDFF18" w14:textId="77777777" w:rsidR="00971F47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40"/>
              </w:rPr>
              <w:t>A</w:t>
            </w:r>
          </w:p>
        </w:tc>
        <w:tc>
          <w:tcPr>
            <w:tcW w:w="9792" w:type="dxa"/>
            <w:tcBorders>
              <w:top w:val="single" w:sz="8" w:space="0" w:color="D8E1EC"/>
              <w:left w:val="single" w:sz="8" w:space="0" w:color="D8E1EC"/>
              <w:bottom w:val="single" w:sz="8" w:space="0" w:color="D8E1EC"/>
              <w:right w:val="single" w:sz="8" w:space="0" w:color="D8E1EC"/>
            </w:tcBorders>
            <w:shd w:val="clear" w:color="auto" w:fill="FFFFFF"/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18602093" w14:textId="77777777" w:rsidR="00971F47" w:rsidRPr="007C6998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color w:val="F39A32"/>
                <w:sz w:val="22"/>
              </w:rPr>
              <w:t>ASSESSMENT</w:t>
            </w:r>
            <w:r>
              <w:rPr>
                <w:color w:val="5B6573"/>
                <w:sz w:val="17"/>
              </w:rPr>
              <w:t xml:space="preserve">  |  </w:t>
            </w:r>
            <w:r w:rsidRPr="007C6998">
              <w:rPr>
                <w:color w:val="5B6573"/>
                <w:sz w:val="20"/>
                <w:szCs w:val="20"/>
              </w:rPr>
              <w:t>What the findings indicate</w:t>
            </w:r>
          </w:p>
          <w:p w14:paraId="3ACE6DC3" w14:textId="77777777" w:rsidR="00971F47" w:rsidRPr="007C6998" w:rsidRDefault="00000000">
            <w:pPr>
              <w:spacing w:before="20" w:after="0"/>
              <w:rPr>
                <w:sz w:val="20"/>
                <w:szCs w:val="20"/>
              </w:rPr>
            </w:pPr>
            <w:r w:rsidRPr="007C6998">
              <w:rPr>
                <w:b/>
                <w:sz w:val="20"/>
                <w:szCs w:val="20"/>
              </w:rPr>
              <w:t>Nursing Diagnosis / Clinical Impression / Problem</w:t>
            </w:r>
          </w:p>
          <w:p w14:paraId="1C559AD3" w14:textId="77777777" w:rsidR="00971F47" w:rsidRPr="007C6998" w:rsidRDefault="00000000">
            <w:pPr>
              <w:spacing w:after="0" w:line="216" w:lineRule="auto"/>
              <w:rPr>
                <w:sz w:val="20"/>
                <w:szCs w:val="20"/>
              </w:rPr>
            </w:pPr>
            <w:r w:rsidRPr="007C6998">
              <w:rPr>
                <w:color w:val="B8C2CF"/>
                <w:sz w:val="20"/>
                <w:szCs w:val="20"/>
              </w:rPr>
              <w:t>________________________________________________________________________________</w:t>
            </w:r>
          </w:p>
          <w:p w14:paraId="1B2140FC" w14:textId="77777777" w:rsidR="00971F47" w:rsidRPr="007C6998" w:rsidRDefault="00000000">
            <w:pPr>
              <w:spacing w:after="0" w:line="216" w:lineRule="auto"/>
              <w:rPr>
                <w:sz w:val="20"/>
                <w:szCs w:val="20"/>
              </w:rPr>
            </w:pPr>
            <w:r w:rsidRPr="007C6998">
              <w:rPr>
                <w:color w:val="B8C2CF"/>
                <w:sz w:val="20"/>
                <w:szCs w:val="20"/>
              </w:rPr>
              <w:t>________________________________________________________________________________</w:t>
            </w:r>
          </w:p>
          <w:p w14:paraId="65C6BD17" w14:textId="77777777" w:rsidR="00971F47" w:rsidRDefault="00000000">
            <w:pPr>
              <w:spacing w:before="20" w:after="0"/>
            </w:pPr>
            <w:r w:rsidRPr="007C6998">
              <w:rPr>
                <w:b/>
                <w:sz w:val="20"/>
                <w:szCs w:val="20"/>
              </w:rPr>
              <w:t>Supporting Findings / Patient Status / Response</w:t>
            </w:r>
          </w:p>
          <w:p w14:paraId="14510861" w14:textId="77777777" w:rsidR="00971F47" w:rsidRDefault="00000000">
            <w:pPr>
              <w:spacing w:after="0" w:line="216" w:lineRule="auto"/>
            </w:pPr>
            <w:r>
              <w:rPr>
                <w:color w:val="B8C2CF"/>
                <w:sz w:val="15"/>
              </w:rPr>
              <w:t>________________________________________________________________________________</w:t>
            </w:r>
          </w:p>
        </w:tc>
      </w:tr>
    </w:tbl>
    <w:p w14:paraId="3F22DF24" w14:textId="77777777" w:rsidR="00971F47" w:rsidRDefault="00971F47">
      <w:pPr>
        <w:spacing w:after="0"/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792"/>
        <w:gridCol w:w="9792"/>
      </w:tblGrid>
      <w:tr w:rsidR="00971F47" w14:paraId="7F6DB86F" w14:textId="77777777">
        <w:trPr>
          <w:jc w:val="center"/>
        </w:trPr>
        <w:tc>
          <w:tcPr>
            <w:tcW w:w="792" w:type="dxa"/>
            <w:tcBorders>
              <w:top w:val="single" w:sz="8" w:space="0" w:color="D8E1EC"/>
              <w:left w:val="single" w:sz="8" w:space="0" w:color="D8E1EC"/>
              <w:bottom w:val="single" w:sz="8" w:space="0" w:color="D8E1EC"/>
              <w:right w:val="single" w:sz="8" w:space="0" w:color="D8E1EC"/>
            </w:tcBorders>
            <w:shd w:val="clear" w:color="auto" w:fill="8064B4"/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37D7497C" w14:textId="77777777" w:rsidR="00971F47" w:rsidRDefault="00000000">
            <w:pPr>
              <w:spacing w:after="0"/>
              <w:jc w:val="center"/>
            </w:pPr>
            <w:r>
              <w:rPr>
                <w:b/>
                <w:color w:val="FFFFFF"/>
                <w:sz w:val="40"/>
              </w:rPr>
              <w:t>P</w:t>
            </w:r>
          </w:p>
        </w:tc>
        <w:tc>
          <w:tcPr>
            <w:tcW w:w="9792" w:type="dxa"/>
            <w:tcBorders>
              <w:top w:val="single" w:sz="8" w:space="0" w:color="D8E1EC"/>
              <w:left w:val="single" w:sz="8" w:space="0" w:color="D8E1EC"/>
              <w:bottom w:val="single" w:sz="8" w:space="0" w:color="D8E1EC"/>
              <w:right w:val="single" w:sz="8" w:space="0" w:color="D8E1EC"/>
            </w:tcBorders>
            <w:shd w:val="clear" w:color="auto" w:fill="FFFFFF"/>
            <w:tcMar>
              <w:top w:w="90" w:type="dxa"/>
              <w:left w:w="110" w:type="dxa"/>
              <w:bottom w:w="80" w:type="dxa"/>
              <w:right w:w="110" w:type="dxa"/>
            </w:tcMar>
          </w:tcPr>
          <w:p w14:paraId="592AF8FB" w14:textId="77777777" w:rsidR="00971F47" w:rsidRPr="007C6998" w:rsidRDefault="00000000">
            <w:pPr>
              <w:spacing w:after="0"/>
              <w:rPr>
                <w:sz w:val="20"/>
                <w:szCs w:val="20"/>
              </w:rPr>
            </w:pPr>
            <w:r>
              <w:rPr>
                <w:b/>
                <w:color w:val="8064B4"/>
                <w:sz w:val="22"/>
              </w:rPr>
              <w:t>PLAN</w:t>
            </w:r>
            <w:r>
              <w:rPr>
                <w:color w:val="5B6573"/>
                <w:sz w:val="17"/>
              </w:rPr>
              <w:t xml:space="preserve">  |  </w:t>
            </w:r>
            <w:r w:rsidRPr="007C6998">
              <w:rPr>
                <w:color w:val="5B6573"/>
                <w:sz w:val="20"/>
                <w:szCs w:val="20"/>
              </w:rPr>
              <w:t>What happens next</w:t>
            </w:r>
          </w:p>
          <w:p w14:paraId="609E9457" w14:textId="77777777" w:rsidR="00971F47" w:rsidRPr="007C6998" w:rsidRDefault="00000000">
            <w:pPr>
              <w:spacing w:before="20" w:after="0"/>
              <w:rPr>
                <w:sz w:val="20"/>
                <w:szCs w:val="20"/>
              </w:rPr>
            </w:pPr>
            <w:r w:rsidRPr="007C6998">
              <w:rPr>
                <w:b/>
                <w:sz w:val="20"/>
                <w:szCs w:val="20"/>
              </w:rPr>
              <w:t>Interventions / Monitoring / Reassessment</w:t>
            </w:r>
          </w:p>
          <w:p w14:paraId="3EADC1AB" w14:textId="77777777" w:rsidR="00971F47" w:rsidRPr="007C6998" w:rsidRDefault="00000000">
            <w:pPr>
              <w:spacing w:after="0" w:line="216" w:lineRule="auto"/>
              <w:rPr>
                <w:sz w:val="20"/>
                <w:szCs w:val="20"/>
              </w:rPr>
            </w:pPr>
            <w:r w:rsidRPr="007C6998">
              <w:rPr>
                <w:color w:val="B8C2CF"/>
                <w:sz w:val="20"/>
                <w:szCs w:val="20"/>
              </w:rPr>
              <w:t>________________________________________________________________________________</w:t>
            </w:r>
          </w:p>
          <w:p w14:paraId="2AEBA4D3" w14:textId="77777777" w:rsidR="00971F47" w:rsidRPr="007C6998" w:rsidRDefault="00000000">
            <w:pPr>
              <w:spacing w:after="0" w:line="216" w:lineRule="auto"/>
              <w:rPr>
                <w:sz w:val="20"/>
                <w:szCs w:val="20"/>
              </w:rPr>
            </w:pPr>
            <w:r w:rsidRPr="007C6998">
              <w:rPr>
                <w:color w:val="B8C2CF"/>
                <w:sz w:val="20"/>
                <w:szCs w:val="20"/>
              </w:rPr>
              <w:t>________________________________________________________________________________</w:t>
            </w:r>
          </w:p>
          <w:p w14:paraId="2D1EF51D" w14:textId="77777777" w:rsidR="00971F47" w:rsidRPr="007C6998" w:rsidRDefault="00000000">
            <w:pPr>
              <w:spacing w:before="20" w:after="0"/>
              <w:rPr>
                <w:sz w:val="20"/>
                <w:szCs w:val="20"/>
              </w:rPr>
            </w:pPr>
            <w:r w:rsidRPr="007C6998">
              <w:rPr>
                <w:b/>
                <w:sz w:val="20"/>
                <w:szCs w:val="20"/>
              </w:rPr>
              <w:t>Patient Education / Treatments or Medications as Ordered</w:t>
            </w:r>
          </w:p>
          <w:p w14:paraId="17AE37CC" w14:textId="77777777" w:rsidR="00971F47" w:rsidRPr="007C6998" w:rsidRDefault="00000000">
            <w:pPr>
              <w:spacing w:after="0" w:line="216" w:lineRule="auto"/>
              <w:rPr>
                <w:sz w:val="20"/>
                <w:szCs w:val="20"/>
              </w:rPr>
            </w:pPr>
            <w:r w:rsidRPr="007C6998">
              <w:rPr>
                <w:color w:val="B8C2CF"/>
                <w:sz w:val="20"/>
                <w:szCs w:val="20"/>
              </w:rPr>
              <w:t>________________________________________________________________________________</w:t>
            </w:r>
          </w:p>
          <w:p w14:paraId="119F53EB" w14:textId="77777777" w:rsidR="00971F47" w:rsidRPr="007C6998" w:rsidRDefault="00000000">
            <w:pPr>
              <w:spacing w:before="20" w:after="0"/>
              <w:rPr>
                <w:sz w:val="20"/>
                <w:szCs w:val="20"/>
              </w:rPr>
            </w:pPr>
            <w:r w:rsidRPr="007C6998">
              <w:rPr>
                <w:b/>
                <w:sz w:val="20"/>
                <w:szCs w:val="20"/>
              </w:rPr>
              <w:t>Follow-Up / Referrals</w:t>
            </w:r>
          </w:p>
          <w:p w14:paraId="28632ACD" w14:textId="77777777" w:rsidR="00971F47" w:rsidRDefault="00000000">
            <w:pPr>
              <w:spacing w:after="0" w:line="216" w:lineRule="auto"/>
            </w:pPr>
            <w:r>
              <w:rPr>
                <w:color w:val="B8C2CF"/>
                <w:sz w:val="15"/>
              </w:rPr>
              <w:t>________________________________________________________________________________</w:t>
            </w:r>
          </w:p>
        </w:tc>
      </w:tr>
    </w:tbl>
    <w:p w14:paraId="2F4982D8" w14:textId="77777777" w:rsidR="00971F47" w:rsidRDefault="00971F47">
      <w:pPr>
        <w:spacing w:after="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656"/>
      </w:tblGrid>
      <w:tr w:rsidR="00971F47" w14:paraId="6E53AA46" w14:textId="77777777">
        <w:trPr>
          <w:jc w:val="center"/>
        </w:trPr>
        <w:tc>
          <w:tcPr>
            <w:tcW w:w="10656" w:type="dxa"/>
            <w:tcBorders>
              <w:top w:val="single" w:sz="6" w:space="0" w:color="D8E1EC"/>
              <w:left w:val="single" w:sz="6" w:space="0" w:color="D8E1EC"/>
              <w:bottom w:val="single" w:sz="6" w:space="0" w:color="D8E1EC"/>
              <w:right w:val="single" w:sz="6" w:space="0" w:color="D8E1EC"/>
            </w:tcBorders>
            <w:shd w:val="clear" w:color="auto" w:fill="F7F9FC"/>
            <w:tcMar>
              <w:top w:w="70" w:type="dxa"/>
              <w:left w:w="100" w:type="dxa"/>
              <w:bottom w:w="60" w:type="dxa"/>
              <w:right w:w="100" w:type="dxa"/>
            </w:tcMar>
          </w:tcPr>
          <w:p w14:paraId="322D7083" w14:textId="77777777" w:rsidR="00971F47" w:rsidRPr="007C6998" w:rsidRDefault="00000000">
            <w:pPr>
              <w:spacing w:after="0"/>
              <w:rPr>
                <w:sz w:val="20"/>
                <w:szCs w:val="20"/>
              </w:rPr>
            </w:pPr>
            <w:r w:rsidRPr="007C6998">
              <w:rPr>
                <w:b/>
                <w:color w:val="0B2D5C"/>
                <w:sz w:val="20"/>
                <w:szCs w:val="20"/>
              </w:rPr>
              <w:t>ADDITIONAL NOTES</w:t>
            </w:r>
          </w:p>
          <w:p w14:paraId="1442157A" w14:textId="77777777" w:rsidR="00971F47" w:rsidRDefault="00000000">
            <w:pPr>
              <w:spacing w:after="0" w:line="216" w:lineRule="auto"/>
            </w:pPr>
            <w:r>
              <w:rPr>
                <w:color w:val="B8C2CF"/>
                <w:sz w:val="15"/>
              </w:rPr>
              <w:t>________________________________________________________________________________</w:t>
            </w:r>
          </w:p>
          <w:p w14:paraId="463EB286" w14:textId="77777777" w:rsidR="00971F47" w:rsidRDefault="00000000">
            <w:pPr>
              <w:spacing w:after="0" w:line="216" w:lineRule="auto"/>
            </w:pPr>
            <w:r>
              <w:rPr>
                <w:color w:val="B8C2CF"/>
                <w:sz w:val="15"/>
              </w:rPr>
              <w:t>________________________________________________________________________________</w:t>
            </w:r>
          </w:p>
        </w:tc>
      </w:tr>
    </w:tbl>
    <w:p w14:paraId="1AB83957" w14:textId="33D1CEC1" w:rsidR="00971F47" w:rsidRPr="007C6998" w:rsidRDefault="007C6998">
      <w:pPr>
        <w:spacing w:before="60" w:after="0"/>
        <w:jc w:val="center"/>
        <w:rPr>
          <w:sz w:val="20"/>
          <w:szCs w:val="20"/>
        </w:rPr>
      </w:pPr>
      <w:hyperlink r:id="rId6" w:history="1">
        <w:r w:rsidR="00000000" w:rsidRPr="007C6998">
          <w:rPr>
            <w:rStyle w:val="Hyperlink"/>
            <w:b/>
            <w:sz w:val="20"/>
            <w:szCs w:val="20"/>
          </w:rPr>
          <w:t>OwnEssays.com</w:t>
        </w:r>
      </w:hyperlink>
      <w:r w:rsidR="00000000" w:rsidRPr="007C6998">
        <w:rPr>
          <w:b/>
          <w:color w:val="0B2D5C"/>
          <w:sz w:val="20"/>
          <w:szCs w:val="20"/>
        </w:rPr>
        <w:t xml:space="preserve">  |  </w:t>
      </w:r>
      <w:hyperlink r:id="rId7" w:history="1">
        <w:r w:rsidR="00000000" w:rsidRPr="007C6998">
          <w:rPr>
            <w:rStyle w:val="Hyperlink"/>
            <w:b/>
            <w:sz w:val="20"/>
            <w:szCs w:val="20"/>
          </w:rPr>
          <w:t>Free Nursing Templates</w:t>
        </w:r>
      </w:hyperlink>
    </w:p>
    <w:p w14:paraId="287C8677" w14:textId="2BC4F7DA" w:rsidR="00971F47" w:rsidRPr="007C6998" w:rsidRDefault="00000000">
      <w:pPr>
        <w:spacing w:after="0"/>
        <w:jc w:val="center"/>
        <w:rPr>
          <w:sz w:val="20"/>
          <w:szCs w:val="20"/>
        </w:rPr>
      </w:pPr>
      <w:r w:rsidRPr="007C6998">
        <w:rPr>
          <w:color w:val="5B6573"/>
          <w:sz w:val="20"/>
          <w:szCs w:val="20"/>
        </w:rPr>
        <w:t>Educational template. Follow your instructor, nursing program, or clinical site's required documentation format.</w:t>
      </w:r>
    </w:p>
    <w:sectPr w:rsidR="00971F47" w:rsidRPr="007C6998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16498226">
    <w:abstractNumId w:val="8"/>
  </w:num>
  <w:num w:numId="2" w16cid:durableId="2044744925">
    <w:abstractNumId w:val="6"/>
  </w:num>
  <w:num w:numId="3" w16cid:durableId="262612726">
    <w:abstractNumId w:val="5"/>
  </w:num>
  <w:num w:numId="4" w16cid:durableId="788546803">
    <w:abstractNumId w:val="4"/>
  </w:num>
  <w:num w:numId="5" w16cid:durableId="939485983">
    <w:abstractNumId w:val="7"/>
  </w:num>
  <w:num w:numId="6" w16cid:durableId="969824465">
    <w:abstractNumId w:val="3"/>
  </w:num>
  <w:num w:numId="7" w16cid:durableId="1166747900">
    <w:abstractNumId w:val="2"/>
  </w:num>
  <w:num w:numId="8" w16cid:durableId="2091417267">
    <w:abstractNumId w:val="1"/>
  </w:num>
  <w:num w:numId="9" w16cid:durableId="185618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C6998"/>
    <w:rsid w:val="009266C3"/>
    <w:rsid w:val="00971F47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201529"/>
  <w14:defaultImageDpi w14:val="300"/>
  <w15:docId w15:val="{4C6BDD9E-B393-4767-BE37-0FA36C124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1E2A3A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C699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C69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wnessays.com/free-nursing-templat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wnessays.com/free-nursing-templat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SOAP Note Template</vt:lpstr>
    </vt:vector>
  </TitlesOfParts>
  <Manager/>
  <Company/>
  <LinksUpToDate>false</LinksUpToDate>
  <CharactersWithSpaces>2937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SOAP Note Template</dc:title>
  <dc:subject>Free Nursing Template</dc:subject>
  <dc:creator>OwnEssays</dc:creator>
  <cp:keywords/>
  <dc:description>generated by python-docx</dc:description>
  <cp:lastModifiedBy>O E</cp:lastModifiedBy>
  <cp:revision>3</cp:revision>
  <dcterms:created xsi:type="dcterms:W3CDTF">2013-12-23T23:15:00Z</dcterms:created>
  <dcterms:modified xsi:type="dcterms:W3CDTF">2026-08-22T15:42:00Z</dcterms:modified>
  <cp:category/>
</cp:coreProperties>
</file>